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52" w:type="dxa"/>
        <w:jc w:val="center"/>
        <w:tblLayout w:type="fixed"/>
        <w:tblLook w:val="04A0" w:firstRow="1" w:lastRow="0" w:firstColumn="1" w:lastColumn="0" w:noHBand="0" w:noVBand="1"/>
      </w:tblPr>
      <w:tblGrid>
        <w:gridCol w:w="7917"/>
        <w:gridCol w:w="2735"/>
      </w:tblGrid>
      <w:tr w:rsidR="00A452E7" w:rsidRPr="001E1866" w14:paraId="64793B52" w14:textId="77777777" w:rsidTr="001E1866">
        <w:trPr>
          <w:trHeight w:val="589"/>
          <w:jc w:val="center"/>
        </w:trPr>
        <w:tc>
          <w:tcPr>
            <w:tcW w:w="7917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3404971E" w14:textId="77777777" w:rsidR="00A452E7" w:rsidRPr="001E1866" w:rsidRDefault="00000000">
            <w:pPr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SAĞLIK BİLİMLERİ ÜNİVERSİTESİ</w:t>
            </w:r>
          </w:p>
          <w:p w14:paraId="2F2629C6" w14:textId="77777777" w:rsidR="00A452E7" w:rsidRPr="001E1866" w:rsidRDefault="00000000">
            <w:pPr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</w:rPr>
              <w:t>Hukuk Müşavirliği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EAF2F4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661D5C88" w14:textId="77777777" w:rsidR="00A452E7" w:rsidRPr="001E1866" w:rsidRDefault="00000000">
            <w:pPr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16"/>
              </w:rPr>
              <w:t>YÜRÜRLÜK TARİHİ</w:t>
            </w:r>
          </w:p>
          <w:p w14:paraId="0F73B1D0" w14:textId="5B1BF2FC" w:rsidR="00A452E7" w:rsidRPr="001E1866" w:rsidRDefault="001E1866">
            <w:pPr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22"/>
              </w:rPr>
              <w:t>26/08/2026</w:t>
            </w:r>
          </w:p>
        </w:tc>
      </w:tr>
    </w:tbl>
    <w:p w14:paraId="19E5B2ED" w14:textId="77777777" w:rsidR="00A452E7" w:rsidRPr="001E1866" w:rsidRDefault="00000000">
      <w:pPr>
        <w:spacing w:before="160" w:after="0"/>
        <w:jc w:val="center"/>
        <w:rPr>
          <w:rFonts w:ascii="Times New Roman" w:hAnsi="Times New Roman" w:cs="Times New Roman"/>
        </w:rPr>
      </w:pPr>
      <w:r w:rsidRPr="001E1866">
        <w:rPr>
          <w:rFonts w:ascii="Times New Roman" w:hAnsi="Times New Roman" w:cs="Times New Roman"/>
          <w:b/>
          <w:sz w:val="38"/>
        </w:rPr>
        <w:t>HUKUKİ GÖRÜŞ</w:t>
      </w:r>
    </w:p>
    <w:p w14:paraId="1C0DE46C" w14:textId="77777777" w:rsidR="00A452E7" w:rsidRPr="001E1866" w:rsidRDefault="00000000">
      <w:pPr>
        <w:spacing w:after="140"/>
        <w:jc w:val="center"/>
        <w:rPr>
          <w:rFonts w:ascii="Times New Roman" w:hAnsi="Times New Roman" w:cs="Times New Roman"/>
        </w:rPr>
      </w:pPr>
      <w:r w:rsidRPr="001E1866">
        <w:rPr>
          <w:rFonts w:ascii="Times New Roman" w:hAnsi="Times New Roman" w:cs="Times New Roman"/>
          <w:sz w:val="22"/>
        </w:rPr>
        <w:t>İş Akış Şeması</w:t>
      </w: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10490"/>
      </w:tblGrid>
      <w:tr w:rsidR="00A452E7" w:rsidRPr="001E1866" w14:paraId="2664E824" w14:textId="77777777" w:rsidTr="00E07D58">
        <w:trPr>
          <w:trHeight w:val="202"/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31849B" w:themeFill="accent5" w:themeFillShade="BF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5C00D129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21"/>
              </w:rPr>
              <w:t>BAŞLANGIÇ</w:t>
            </w:r>
          </w:p>
        </w:tc>
      </w:tr>
      <w:tr w:rsidR="00A452E7" w:rsidRPr="001E1866" w14:paraId="5D2B94BB" w14:textId="77777777" w:rsidTr="00E07D58">
        <w:trPr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082A632E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↓</w:t>
            </w:r>
          </w:p>
        </w:tc>
      </w:tr>
      <w:tr w:rsidR="00A452E7" w:rsidRPr="001E1866" w14:paraId="70DB9005" w14:textId="77777777" w:rsidTr="00E07D58">
        <w:trPr>
          <w:jc w:val="center"/>
        </w:trPr>
        <w:tc>
          <w:tcPr>
            <w:tcW w:w="10490" w:type="dxa"/>
            <w:tcBorders>
              <w:top w:val="single" w:sz="10" w:space="0" w:color="D9E2EA"/>
              <w:left w:val="single" w:sz="10" w:space="0" w:color="D9E2EA"/>
              <w:bottom w:val="single" w:sz="10" w:space="0" w:color="D9E2EA"/>
              <w:right w:val="single" w:sz="10" w:space="0" w:color="D9E2EA"/>
            </w:tcBorders>
            <w:shd w:val="clear" w:color="auto" w:fill="FFFFFF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6BF5AC89" w14:textId="77777777" w:rsidR="00A452E7" w:rsidRPr="001E1866" w:rsidRDefault="00A452E7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A452E7" w:rsidRPr="001E1866" w14:paraId="7A4C8568" w14:textId="77777777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AE90578" w14:textId="77777777" w:rsidR="00A452E7" w:rsidRPr="001E1866" w:rsidRDefault="000000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01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883B69D" w14:textId="77777777" w:rsidR="00A452E7" w:rsidRPr="001E1866" w:rsidRDefault="00000000">
                  <w:pPr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21"/>
                    </w:rPr>
                    <w:t>Talebin Alınması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2001A610" w14:textId="77777777" w:rsidR="00A452E7" w:rsidRPr="001E1866" w:rsidRDefault="00000000">
                  <w:pPr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sz w:val="18"/>
                    </w:rPr>
                    <w:t>Birimlerden hukuki görüş talebi gelir.</w:t>
                  </w:r>
                </w:p>
              </w:tc>
            </w:tr>
          </w:tbl>
          <w:p w14:paraId="64A6DF90" w14:textId="77777777" w:rsidR="00A452E7" w:rsidRPr="001E1866" w:rsidRDefault="00A452E7">
            <w:pPr>
              <w:rPr>
                <w:rFonts w:ascii="Times New Roman" w:hAnsi="Times New Roman" w:cs="Times New Roman"/>
              </w:rPr>
            </w:pPr>
          </w:p>
        </w:tc>
      </w:tr>
      <w:tr w:rsidR="00A452E7" w:rsidRPr="001E1866" w14:paraId="1D159A9A" w14:textId="77777777" w:rsidTr="00E07D58">
        <w:trPr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3231018F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↓</w:t>
            </w:r>
          </w:p>
        </w:tc>
      </w:tr>
      <w:tr w:rsidR="00A452E7" w:rsidRPr="001E1866" w14:paraId="4942EA2D" w14:textId="77777777" w:rsidTr="00E07D58">
        <w:trPr>
          <w:jc w:val="center"/>
        </w:trPr>
        <w:tc>
          <w:tcPr>
            <w:tcW w:w="10490" w:type="dxa"/>
            <w:tcBorders>
              <w:top w:val="single" w:sz="10" w:space="0" w:color="D9E2EA"/>
              <w:left w:val="single" w:sz="10" w:space="0" w:color="D9E2EA"/>
              <w:bottom w:val="single" w:sz="10" w:space="0" w:color="D9E2EA"/>
              <w:right w:val="single" w:sz="10" w:space="0" w:color="D9E2EA"/>
            </w:tcBorders>
            <w:shd w:val="clear" w:color="auto" w:fill="FFFFFF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60D8BCA4" w14:textId="77777777" w:rsidR="00A452E7" w:rsidRPr="001E1866" w:rsidRDefault="00A452E7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A452E7" w:rsidRPr="001E1866" w14:paraId="046250BE" w14:textId="77777777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5C9D058" w14:textId="77777777" w:rsidR="00A452E7" w:rsidRPr="001E1866" w:rsidRDefault="000000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02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A4AA7F8" w14:textId="77777777" w:rsidR="00A452E7" w:rsidRPr="001E1866" w:rsidRDefault="00000000">
                  <w:pPr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21"/>
                    </w:rPr>
                    <w:t>Görevlendirme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D1AB36D" w14:textId="77777777" w:rsidR="00A452E7" w:rsidRPr="001E1866" w:rsidRDefault="00000000">
                  <w:pPr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sz w:val="18"/>
                    </w:rPr>
                    <w:t>Talep, inceleme yapmak ve değerlendirmek üzere görevli avukata sevk edilir.</w:t>
                  </w:r>
                </w:p>
              </w:tc>
            </w:tr>
          </w:tbl>
          <w:p w14:paraId="4AC02B1E" w14:textId="77777777" w:rsidR="00A452E7" w:rsidRPr="001E1866" w:rsidRDefault="00A452E7">
            <w:pPr>
              <w:rPr>
                <w:rFonts w:ascii="Times New Roman" w:hAnsi="Times New Roman" w:cs="Times New Roman"/>
              </w:rPr>
            </w:pPr>
          </w:p>
        </w:tc>
      </w:tr>
      <w:tr w:rsidR="00A452E7" w:rsidRPr="001E1866" w14:paraId="5B89BB0F" w14:textId="77777777" w:rsidTr="00E07D58">
        <w:trPr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271E96BE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↓</w:t>
            </w:r>
          </w:p>
        </w:tc>
      </w:tr>
      <w:tr w:rsidR="00A452E7" w:rsidRPr="001E1866" w14:paraId="6460F1E9" w14:textId="77777777" w:rsidTr="00E07D58">
        <w:trPr>
          <w:jc w:val="center"/>
        </w:trPr>
        <w:tc>
          <w:tcPr>
            <w:tcW w:w="10490" w:type="dxa"/>
            <w:tcBorders>
              <w:top w:val="single" w:sz="10" w:space="0" w:color="D9E2EA"/>
              <w:left w:val="single" w:sz="10" w:space="0" w:color="D9E2EA"/>
              <w:bottom w:val="single" w:sz="10" w:space="0" w:color="D9E2EA"/>
              <w:right w:val="single" w:sz="10" w:space="0" w:color="D9E2EA"/>
            </w:tcBorders>
            <w:shd w:val="clear" w:color="auto" w:fill="FFFFFF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4DDA0597" w14:textId="77777777" w:rsidR="00A452E7" w:rsidRPr="001E1866" w:rsidRDefault="00A452E7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A452E7" w:rsidRPr="001E1866" w14:paraId="184C8FD5" w14:textId="77777777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0155536" w14:textId="77777777" w:rsidR="00A452E7" w:rsidRPr="001E1866" w:rsidRDefault="000000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03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D72CCEA" w14:textId="77777777" w:rsidR="00A452E7" w:rsidRPr="001E1866" w:rsidRDefault="00000000">
                  <w:pPr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21"/>
                    </w:rPr>
                    <w:t>Mevzuatın İncelenmesi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82BEDC0" w14:textId="5D85AF87" w:rsidR="00A452E7" w:rsidRPr="001E1866" w:rsidRDefault="001E1866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1E1866">
                    <w:rPr>
                      <w:rFonts w:ascii="Times New Roman" w:hAnsi="Times New Roman" w:cs="Times New Roman"/>
                      <w:sz w:val="18"/>
                    </w:rPr>
                    <w:t>Görevli</w:t>
                  </w:r>
                  <w:proofErr w:type="spellEnd"/>
                  <w:r w:rsidRPr="001E1866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1E1866">
                    <w:rPr>
                      <w:rFonts w:ascii="Times New Roman" w:hAnsi="Times New Roman" w:cs="Times New Roman"/>
                      <w:sz w:val="18"/>
                    </w:rPr>
                    <w:t>Avukat</w:t>
                  </w:r>
                  <w:proofErr w:type="spellEnd"/>
                  <w:r w:rsidRPr="001E1866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1E1866">
                    <w:rPr>
                      <w:rFonts w:ascii="Times New Roman" w:hAnsi="Times New Roman" w:cs="Times New Roman"/>
                      <w:sz w:val="18"/>
                    </w:rPr>
                    <w:t>tarafından</w:t>
                  </w:r>
                  <w:proofErr w:type="spellEnd"/>
                  <w:r w:rsidRPr="001E1866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1E1866">
                    <w:rPr>
                      <w:rFonts w:ascii="Times New Roman" w:hAnsi="Times New Roman" w:cs="Times New Roman"/>
                      <w:sz w:val="18"/>
                    </w:rPr>
                    <w:t>ilgili</w:t>
                  </w:r>
                  <w:proofErr w:type="spellEnd"/>
                  <w:r w:rsidRPr="001E1866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1E1866">
                    <w:rPr>
                      <w:rFonts w:ascii="Times New Roman" w:hAnsi="Times New Roman" w:cs="Times New Roman"/>
                      <w:sz w:val="18"/>
                    </w:rPr>
                    <w:t>mevzuat</w:t>
                  </w:r>
                  <w:proofErr w:type="spellEnd"/>
                  <w:r w:rsidRPr="001E1866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1E1866">
                    <w:rPr>
                      <w:rFonts w:ascii="Times New Roman" w:hAnsi="Times New Roman" w:cs="Times New Roman"/>
                      <w:sz w:val="18"/>
                    </w:rPr>
                    <w:t>tetkik</w:t>
                  </w:r>
                  <w:proofErr w:type="spellEnd"/>
                  <w:r w:rsidRPr="001E1866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1E1866">
                    <w:rPr>
                      <w:rFonts w:ascii="Times New Roman" w:hAnsi="Times New Roman" w:cs="Times New Roman"/>
                      <w:sz w:val="18"/>
                    </w:rPr>
                    <w:t>edilerek</w:t>
                  </w:r>
                  <w:proofErr w:type="spellEnd"/>
                  <w:r w:rsidRPr="001E1866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1E1866">
                    <w:rPr>
                      <w:rFonts w:ascii="Times New Roman" w:hAnsi="Times New Roman" w:cs="Times New Roman"/>
                      <w:sz w:val="18"/>
                    </w:rPr>
                    <w:t>hukuki</w:t>
                  </w:r>
                  <w:proofErr w:type="spellEnd"/>
                  <w:r w:rsidRPr="001E1866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1E1866">
                    <w:rPr>
                      <w:rFonts w:ascii="Times New Roman" w:hAnsi="Times New Roman" w:cs="Times New Roman"/>
                      <w:sz w:val="18"/>
                    </w:rPr>
                    <w:t>görüş</w:t>
                  </w:r>
                  <w:proofErr w:type="spellEnd"/>
                  <w:r w:rsidRPr="001E1866"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spellStart"/>
                  <w:r w:rsidRPr="001E1866">
                    <w:rPr>
                      <w:rFonts w:ascii="Times New Roman" w:hAnsi="Times New Roman" w:cs="Times New Roman"/>
                      <w:sz w:val="18"/>
                    </w:rPr>
                    <w:t>hazırlanır</w:t>
                  </w:r>
                  <w:proofErr w:type="spellEnd"/>
                  <w:r w:rsidRPr="001E1866">
                    <w:rPr>
                      <w:rFonts w:ascii="Times New Roman" w:hAnsi="Times New Roman" w:cs="Times New Roman"/>
                      <w:sz w:val="18"/>
                    </w:rPr>
                    <w:t>.</w:t>
                  </w:r>
                </w:p>
              </w:tc>
            </w:tr>
          </w:tbl>
          <w:p w14:paraId="4C3690E1" w14:textId="77777777" w:rsidR="00A452E7" w:rsidRPr="001E1866" w:rsidRDefault="00A452E7">
            <w:pPr>
              <w:rPr>
                <w:rFonts w:ascii="Times New Roman" w:hAnsi="Times New Roman" w:cs="Times New Roman"/>
              </w:rPr>
            </w:pPr>
          </w:p>
        </w:tc>
      </w:tr>
      <w:tr w:rsidR="00A452E7" w:rsidRPr="001E1866" w14:paraId="45D21A3E" w14:textId="77777777" w:rsidTr="00E07D58">
        <w:trPr>
          <w:trHeight w:val="336"/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762D603E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↓</w:t>
            </w:r>
          </w:p>
        </w:tc>
      </w:tr>
      <w:tr w:rsidR="00A452E7" w:rsidRPr="001E1866" w14:paraId="0FF939E3" w14:textId="77777777" w:rsidTr="00E07D58">
        <w:trPr>
          <w:jc w:val="center"/>
        </w:trPr>
        <w:tc>
          <w:tcPr>
            <w:tcW w:w="10490" w:type="dxa"/>
            <w:tcBorders>
              <w:top w:val="single" w:sz="10" w:space="0" w:color="D9E2EA"/>
              <w:left w:val="single" w:sz="10" w:space="0" w:color="D9E2EA"/>
              <w:bottom w:val="single" w:sz="10" w:space="0" w:color="D9E2EA"/>
              <w:right w:val="single" w:sz="10" w:space="0" w:color="D9E2EA"/>
            </w:tcBorders>
            <w:shd w:val="clear" w:color="auto" w:fill="FFFFFF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28458FC5" w14:textId="77777777" w:rsidR="00A452E7" w:rsidRPr="001E1866" w:rsidRDefault="00A452E7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A452E7" w:rsidRPr="001E1866" w14:paraId="6B797326" w14:textId="77777777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FA94AD7" w14:textId="77777777" w:rsidR="00A452E7" w:rsidRPr="001E1866" w:rsidRDefault="000000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04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CA8DE83" w14:textId="77777777" w:rsidR="00A452E7" w:rsidRPr="001E1866" w:rsidRDefault="00000000">
                  <w:pPr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21"/>
                    </w:rPr>
                    <w:t>İmza Süreci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256D4193" w14:textId="77777777" w:rsidR="00A452E7" w:rsidRPr="001E1866" w:rsidRDefault="00000000">
                  <w:pPr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sz w:val="18"/>
                    </w:rPr>
                    <w:t>Hukuk Müşaviri imzasına sunulur.</w:t>
                  </w:r>
                </w:p>
              </w:tc>
            </w:tr>
          </w:tbl>
          <w:p w14:paraId="2D437556" w14:textId="77777777" w:rsidR="00A452E7" w:rsidRPr="001E1866" w:rsidRDefault="00A452E7">
            <w:pPr>
              <w:rPr>
                <w:rFonts w:ascii="Times New Roman" w:hAnsi="Times New Roman" w:cs="Times New Roman"/>
              </w:rPr>
            </w:pPr>
          </w:p>
        </w:tc>
      </w:tr>
      <w:tr w:rsidR="00A452E7" w:rsidRPr="001E1866" w14:paraId="7E9FA27B" w14:textId="77777777" w:rsidTr="00E07D58">
        <w:trPr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672E848A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30"/>
              </w:rPr>
              <w:t>↓</w:t>
            </w:r>
          </w:p>
        </w:tc>
      </w:tr>
      <w:tr w:rsidR="00A452E7" w:rsidRPr="001E1866" w14:paraId="0740624F" w14:textId="77777777" w:rsidTr="00E07D58">
        <w:trPr>
          <w:trHeight w:val="690"/>
          <w:jc w:val="center"/>
        </w:trPr>
        <w:tc>
          <w:tcPr>
            <w:tcW w:w="10490" w:type="dxa"/>
            <w:tcBorders>
              <w:top w:val="single" w:sz="10" w:space="0" w:color="D9E2EA"/>
              <w:left w:val="single" w:sz="10" w:space="0" w:color="D9E2EA"/>
              <w:bottom w:val="single" w:sz="10" w:space="0" w:color="D9E2EA"/>
              <w:right w:val="single" w:sz="10" w:space="0" w:color="D9E2EA"/>
            </w:tcBorders>
            <w:shd w:val="clear" w:color="auto" w:fill="FFFFFF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4D294EA8" w14:textId="77777777" w:rsidR="00A452E7" w:rsidRPr="001E1866" w:rsidRDefault="00A452E7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A452E7" w:rsidRPr="001E1866" w14:paraId="0F9CEC70" w14:textId="77777777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4BB542E" w14:textId="77777777" w:rsidR="00A452E7" w:rsidRPr="001E1866" w:rsidRDefault="000000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05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19937AF" w14:textId="77777777" w:rsidR="00A452E7" w:rsidRPr="001E1866" w:rsidRDefault="00000000">
                  <w:pPr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21"/>
                    </w:rPr>
                    <w:t>İlgili Birime Gönderim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DFA1FA5" w14:textId="77777777" w:rsidR="00A452E7" w:rsidRPr="001E1866" w:rsidRDefault="00000000">
                  <w:pPr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sz w:val="18"/>
                    </w:rPr>
                    <w:t>Hukuk Müşaviri tarafından imzalanarak ilgili birime gönderilir.</w:t>
                  </w:r>
                </w:p>
              </w:tc>
            </w:tr>
          </w:tbl>
          <w:p w14:paraId="122742F5" w14:textId="77777777" w:rsidR="00A452E7" w:rsidRPr="001E1866" w:rsidRDefault="00A452E7">
            <w:pPr>
              <w:rPr>
                <w:rFonts w:ascii="Times New Roman" w:hAnsi="Times New Roman" w:cs="Times New Roman"/>
              </w:rPr>
            </w:pPr>
          </w:p>
        </w:tc>
      </w:tr>
      <w:tr w:rsidR="00A452E7" w:rsidRPr="001E1866" w14:paraId="725D419E" w14:textId="77777777" w:rsidTr="00E07D58">
        <w:trPr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4C08381B" w14:textId="48FB9917" w:rsidR="00A452E7" w:rsidRPr="001E1866" w:rsidRDefault="00A452E7" w:rsidP="001E1866">
            <w:pPr>
              <w:rPr>
                <w:rFonts w:ascii="Times New Roman" w:hAnsi="Times New Roman" w:cs="Times New Roman"/>
              </w:rPr>
            </w:pPr>
          </w:p>
        </w:tc>
      </w:tr>
      <w:tr w:rsidR="00A452E7" w:rsidRPr="001E1866" w14:paraId="08FB6E7E" w14:textId="77777777" w:rsidTr="00E07D58">
        <w:trPr>
          <w:trHeight w:val="23"/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14:paraId="7EAB341E" w14:textId="77777777" w:rsidR="00A452E7" w:rsidRPr="001E1866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1E1866">
              <w:rPr>
                <w:rFonts w:ascii="Times New Roman" w:hAnsi="Times New Roman" w:cs="Times New Roman"/>
                <w:b/>
                <w:sz w:val="21"/>
              </w:rPr>
              <w:t>BİTİŞ</w:t>
            </w:r>
          </w:p>
        </w:tc>
      </w:tr>
    </w:tbl>
    <w:p w14:paraId="30CA9A89" w14:textId="6FC0F960" w:rsidR="00A452E7" w:rsidRPr="001E1866" w:rsidRDefault="00A452E7" w:rsidP="001E1866">
      <w:pPr>
        <w:spacing w:before="80"/>
        <w:rPr>
          <w:rFonts w:ascii="Times New Roman" w:hAnsi="Times New Roman" w:cs="Times New Roman"/>
        </w:rPr>
      </w:pPr>
    </w:p>
    <w:sectPr w:rsidR="00A452E7" w:rsidRPr="001E1866" w:rsidSect="00034616">
      <w:pgSz w:w="12240" w:h="15840"/>
      <w:pgMar w:top="720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8730095">
    <w:abstractNumId w:val="8"/>
  </w:num>
  <w:num w:numId="2" w16cid:durableId="296648231">
    <w:abstractNumId w:val="6"/>
  </w:num>
  <w:num w:numId="3" w16cid:durableId="1592854221">
    <w:abstractNumId w:val="5"/>
  </w:num>
  <w:num w:numId="4" w16cid:durableId="1885559906">
    <w:abstractNumId w:val="4"/>
  </w:num>
  <w:num w:numId="5" w16cid:durableId="1873030113">
    <w:abstractNumId w:val="7"/>
  </w:num>
  <w:num w:numId="6" w16cid:durableId="1728340400">
    <w:abstractNumId w:val="3"/>
  </w:num>
  <w:num w:numId="7" w16cid:durableId="1130441332">
    <w:abstractNumId w:val="2"/>
  </w:num>
  <w:num w:numId="8" w16cid:durableId="1499227295">
    <w:abstractNumId w:val="1"/>
  </w:num>
  <w:num w:numId="9" w16cid:durableId="1901400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72B"/>
    <w:rsid w:val="000E0165"/>
    <w:rsid w:val="0015074B"/>
    <w:rsid w:val="001E1866"/>
    <w:rsid w:val="0029639D"/>
    <w:rsid w:val="00326F90"/>
    <w:rsid w:val="009843B7"/>
    <w:rsid w:val="00A452E7"/>
    <w:rsid w:val="00AA1D8D"/>
    <w:rsid w:val="00B47730"/>
    <w:rsid w:val="00CB0664"/>
    <w:rsid w:val="00E07D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AA0DF"/>
  <w14:defaultImageDpi w14:val="300"/>
  <w15:docId w15:val="{0716F2A0-372E-4D18-9285-006DE084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ŞENNUR TOPAL</cp:lastModifiedBy>
  <cp:revision>4</cp:revision>
  <dcterms:created xsi:type="dcterms:W3CDTF">2026-08-26T07:14:00Z</dcterms:created>
  <dcterms:modified xsi:type="dcterms:W3CDTF">2026-08-27T08:46:00Z</dcterms:modified>
  <cp:category/>
</cp:coreProperties>
</file>